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7BBD1" w14:textId="64CCBCEE" w:rsidR="00F91201" w:rsidRPr="00470A2A" w:rsidRDefault="00000000" w:rsidP="00923CF6">
      <w:pPr>
        <w:spacing w:after="110" w:line="240" w:lineRule="auto"/>
        <w:jc w:val="center"/>
      </w:pPr>
      <w:r w:rsidRPr="00470A2A">
        <w:rPr>
          <w:b/>
          <w:sz w:val="36"/>
          <w:szCs w:val="36"/>
        </w:rPr>
        <w:t>Jameson M. Lapp</w:t>
      </w:r>
      <w:r w:rsidRPr="00470A2A">
        <w:rPr>
          <w:b/>
          <w:sz w:val="32"/>
          <w:szCs w:val="32"/>
        </w:rPr>
        <w:br/>
      </w:r>
      <w:r w:rsidR="009F33F4" w:rsidRPr="00470A2A">
        <w:rPr>
          <w:sz w:val="22"/>
        </w:rPr>
        <w:t xml:space="preserve">Full-Stack </w:t>
      </w:r>
      <w:r w:rsidRPr="00470A2A">
        <w:rPr>
          <w:sz w:val="22"/>
        </w:rPr>
        <w:t>Principal Software Engineer</w:t>
      </w:r>
    </w:p>
    <w:p w14:paraId="724D3044" w14:textId="77777777" w:rsidR="00F91201" w:rsidRPr="00470A2A" w:rsidRDefault="00F91201">
      <w:pPr>
        <w:pBdr>
          <w:bottom w:val="single" w:sz="6" w:space="1" w:color="A9A9A9"/>
        </w:pBdr>
        <w:rPr>
          <w:sz w:val="8"/>
          <w:szCs w:val="8"/>
        </w:rPr>
      </w:pPr>
    </w:p>
    <w:tbl>
      <w:tblPr>
        <w:tblW w:w="11036" w:type="dxa"/>
        <w:tblLayout w:type="fixed"/>
        <w:tblLook w:val="04A0" w:firstRow="1" w:lastRow="0" w:firstColumn="1" w:lastColumn="0" w:noHBand="0" w:noVBand="1"/>
      </w:tblPr>
      <w:tblGrid>
        <w:gridCol w:w="3888"/>
        <w:gridCol w:w="7148"/>
      </w:tblGrid>
      <w:tr w:rsidR="00470A2A" w:rsidRPr="00470A2A" w14:paraId="7B1AEE1F" w14:textId="77777777" w:rsidTr="006B523A">
        <w:tc>
          <w:tcPr>
            <w:tcW w:w="3888" w:type="dxa"/>
          </w:tcPr>
          <w:p w14:paraId="6E4DFB75" w14:textId="77777777" w:rsidR="00F91201" w:rsidRPr="00470A2A" w:rsidRDefault="00000000" w:rsidP="00AE5D47">
            <w:pPr>
              <w:spacing w:line="240" w:lineRule="auto"/>
              <w:rPr>
                <w:sz w:val="28"/>
                <w:szCs w:val="28"/>
              </w:rPr>
            </w:pPr>
            <w:r w:rsidRPr="00470A2A">
              <w:rPr>
                <w:b/>
                <w:sz w:val="28"/>
                <w:szCs w:val="28"/>
              </w:rPr>
              <w:t>Contact</w:t>
            </w:r>
          </w:p>
          <w:p w14:paraId="6E23E181" w14:textId="77777777" w:rsidR="00F91201" w:rsidRPr="00DC7292" w:rsidRDefault="00000000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sz w:val="20"/>
                <w:szCs w:val="20"/>
              </w:rPr>
              <w:t>(804) 657-7884</w:t>
            </w:r>
          </w:p>
          <w:p w14:paraId="718EFECE" w14:textId="77777777" w:rsidR="00F91201" w:rsidRPr="00DC7292" w:rsidRDefault="00000000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sz w:val="20"/>
                <w:szCs w:val="20"/>
              </w:rPr>
              <w:t>jameson@jamesonlapp.com</w:t>
            </w:r>
          </w:p>
          <w:p w14:paraId="15D2293D" w14:textId="73277C07" w:rsidR="00F91201" w:rsidRPr="00DC7292" w:rsidRDefault="006F35EA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sz w:val="20"/>
                <w:szCs w:val="20"/>
              </w:rPr>
              <w:t>www.jamesonlapp.com</w:t>
            </w:r>
          </w:p>
          <w:p w14:paraId="20A0A88A" w14:textId="77777777" w:rsidR="003E48EB" w:rsidRPr="00470A2A" w:rsidRDefault="003E48EB">
            <w:pPr>
              <w:pStyle w:val="ListBullet"/>
              <w:spacing w:after="20"/>
              <w:ind w:left="144"/>
            </w:pPr>
          </w:p>
          <w:p w14:paraId="3A84BB23" w14:textId="77777777" w:rsidR="00F91201" w:rsidRPr="00DC7292" w:rsidRDefault="00000000" w:rsidP="00AE5D47">
            <w:pPr>
              <w:spacing w:line="240" w:lineRule="auto"/>
              <w:rPr>
                <w:sz w:val="28"/>
                <w:szCs w:val="28"/>
              </w:rPr>
            </w:pPr>
            <w:r w:rsidRPr="00DC7292">
              <w:rPr>
                <w:b/>
                <w:sz w:val="28"/>
                <w:szCs w:val="28"/>
              </w:rPr>
              <w:t>Technical Skills</w:t>
            </w:r>
          </w:p>
          <w:p w14:paraId="0517AD3B" w14:textId="77777777" w:rsidR="003E48EB" w:rsidRPr="00DC7292" w:rsidRDefault="00000000">
            <w:pPr>
              <w:pStyle w:val="ListBullet"/>
              <w:spacing w:after="20"/>
              <w:ind w:left="144"/>
              <w:rPr>
                <w:b/>
                <w:bCs/>
                <w:sz w:val="20"/>
                <w:szCs w:val="20"/>
              </w:rPr>
            </w:pPr>
            <w:r w:rsidRPr="00DC7292">
              <w:rPr>
                <w:b/>
                <w:bCs/>
                <w:sz w:val="20"/>
                <w:szCs w:val="20"/>
              </w:rPr>
              <w:t xml:space="preserve">Languages: </w:t>
            </w:r>
          </w:p>
          <w:p w14:paraId="110C0D7A" w14:textId="205C95EA" w:rsidR="00F91201" w:rsidRPr="00DC7292" w:rsidRDefault="00000000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sz w:val="20"/>
                <w:szCs w:val="20"/>
              </w:rPr>
              <w:t xml:space="preserve">C#, JavaScript, TypeScript, </w:t>
            </w:r>
            <w:r w:rsidR="00634C76">
              <w:rPr>
                <w:sz w:val="20"/>
                <w:szCs w:val="20"/>
              </w:rPr>
              <w:br/>
            </w:r>
            <w:r w:rsidRPr="00DC7292">
              <w:rPr>
                <w:sz w:val="20"/>
                <w:szCs w:val="20"/>
              </w:rPr>
              <w:t>HTML, CSS, Bicep</w:t>
            </w:r>
          </w:p>
          <w:p w14:paraId="338F1F25" w14:textId="77777777" w:rsidR="003E48EB" w:rsidRPr="00DC7292" w:rsidRDefault="00000000">
            <w:pPr>
              <w:pStyle w:val="ListBullet"/>
              <w:spacing w:after="20"/>
              <w:ind w:left="144"/>
              <w:rPr>
                <w:b/>
                <w:bCs/>
                <w:sz w:val="20"/>
                <w:szCs w:val="20"/>
              </w:rPr>
            </w:pPr>
            <w:r w:rsidRPr="00DC7292">
              <w:rPr>
                <w:b/>
                <w:bCs/>
                <w:sz w:val="20"/>
                <w:szCs w:val="20"/>
              </w:rPr>
              <w:t xml:space="preserve">Databases: </w:t>
            </w:r>
          </w:p>
          <w:p w14:paraId="166DBA0B" w14:textId="66FB0F83" w:rsidR="00F91201" w:rsidRPr="00DC7292" w:rsidRDefault="00000000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sz w:val="20"/>
                <w:szCs w:val="20"/>
              </w:rPr>
              <w:t xml:space="preserve">CosmosDB, SQL Server, </w:t>
            </w:r>
            <w:r w:rsidR="00634C76">
              <w:rPr>
                <w:sz w:val="20"/>
                <w:szCs w:val="20"/>
              </w:rPr>
              <w:br/>
            </w:r>
            <w:r w:rsidRPr="00DC7292">
              <w:rPr>
                <w:sz w:val="20"/>
                <w:szCs w:val="20"/>
              </w:rPr>
              <w:t>MySQL, PostgreSQL</w:t>
            </w:r>
          </w:p>
          <w:p w14:paraId="6D9FD685" w14:textId="77777777" w:rsidR="003E48EB" w:rsidRPr="00DC7292" w:rsidRDefault="00000000">
            <w:pPr>
              <w:pStyle w:val="ListBullet"/>
              <w:spacing w:after="20"/>
              <w:ind w:left="144"/>
              <w:rPr>
                <w:b/>
                <w:bCs/>
                <w:sz w:val="20"/>
                <w:szCs w:val="20"/>
              </w:rPr>
            </w:pPr>
            <w:r w:rsidRPr="00DC7292">
              <w:rPr>
                <w:b/>
                <w:bCs/>
                <w:sz w:val="20"/>
                <w:szCs w:val="20"/>
              </w:rPr>
              <w:t xml:space="preserve">Frameworks &amp; Tools: </w:t>
            </w:r>
          </w:p>
          <w:p w14:paraId="0A86FEBB" w14:textId="488EFAF1" w:rsidR="00F91201" w:rsidRPr="00DC7292" w:rsidRDefault="00000000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sz w:val="20"/>
                <w:szCs w:val="20"/>
              </w:rPr>
              <w:t xml:space="preserve">ASP.NET Core, Azure, React, </w:t>
            </w:r>
            <w:r w:rsidR="00634C76">
              <w:rPr>
                <w:sz w:val="20"/>
                <w:szCs w:val="20"/>
              </w:rPr>
              <w:br/>
            </w:r>
            <w:r w:rsidRPr="00DC7292">
              <w:rPr>
                <w:sz w:val="20"/>
                <w:szCs w:val="20"/>
              </w:rPr>
              <w:t>React Native, Azure DevOps, Git</w:t>
            </w:r>
          </w:p>
          <w:p w14:paraId="7C82FB17" w14:textId="77777777" w:rsidR="003E48EB" w:rsidRPr="00470A2A" w:rsidRDefault="003E48EB">
            <w:pPr>
              <w:pStyle w:val="ListBullet"/>
              <w:spacing w:after="20"/>
              <w:ind w:left="144"/>
            </w:pPr>
          </w:p>
          <w:p w14:paraId="77E71164" w14:textId="77777777" w:rsidR="00F91201" w:rsidRPr="00DC7292" w:rsidRDefault="00000000" w:rsidP="00AE5D47">
            <w:pPr>
              <w:spacing w:line="240" w:lineRule="auto"/>
              <w:rPr>
                <w:sz w:val="28"/>
                <w:szCs w:val="28"/>
              </w:rPr>
            </w:pPr>
            <w:r w:rsidRPr="00DC7292">
              <w:rPr>
                <w:b/>
                <w:sz w:val="28"/>
                <w:szCs w:val="28"/>
              </w:rPr>
              <w:t>Education</w:t>
            </w:r>
          </w:p>
          <w:p w14:paraId="769311C6" w14:textId="6FAFA57D" w:rsidR="00F91201" w:rsidRPr="00DC7292" w:rsidRDefault="00000000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b/>
                <w:bCs/>
                <w:sz w:val="20"/>
                <w:szCs w:val="20"/>
              </w:rPr>
              <w:t>Rochester Institute of Technology</w:t>
            </w:r>
            <w:r w:rsidR="003E48EB" w:rsidRPr="00DC7292">
              <w:rPr>
                <w:b/>
                <w:bCs/>
                <w:sz w:val="20"/>
                <w:szCs w:val="20"/>
              </w:rPr>
              <w:br/>
            </w:r>
            <w:r w:rsidRPr="00DC7292">
              <w:rPr>
                <w:sz w:val="20"/>
                <w:szCs w:val="20"/>
              </w:rPr>
              <w:t>B.S. in Computer Science</w:t>
            </w:r>
          </w:p>
          <w:p w14:paraId="34F3C8F8" w14:textId="77777777" w:rsidR="003E48EB" w:rsidRPr="00DC7292" w:rsidRDefault="003E48EB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</w:p>
          <w:p w14:paraId="18505275" w14:textId="77777777" w:rsidR="004F775B" w:rsidRPr="00DC7292" w:rsidRDefault="00000000">
            <w:pPr>
              <w:pStyle w:val="ListBullet"/>
              <w:spacing w:after="20"/>
              <w:ind w:left="144"/>
              <w:rPr>
                <w:sz w:val="20"/>
                <w:szCs w:val="20"/>
              </w:rPr>
            </w:pPr>
            <w:r w:rsidRPr="00DC7292">
              <w:rPr>
                <w:b/>
                <w:bCs/>
                <w:sz w:val="20"/>
                <w:szCs w:val="20"/>
              </w:rPr>
              <w:t>Microsoft</w:t>
            </w:r>
          </w:p>
          <w:p w14:paraId="031DE13A" w14:textId="15E20034" w:rsidR="00F91201" w:rsidRPr="00470A2A" w:rsidRDefault="00000000">
            <w:pPr>
              <w:pStyle w:val="ListBullet"/>
              <w:spacing w:after="20"/>
              <w:ind w:left="144"/>
            </w:pPr>
            <w:r w:rsidRPr="00DC7292">
              <w:rPr>
                <w:sz w:val="20"/>
                <w:szCs w:val="20"/>
              </w:rPr>
              <w:t>Azure Fundamentals Certification</w:t>
            </w:r>
          </w:p>
        </w:tc>
        <w:tc>
          <w:tcPr>
            <w:tcW w:w="7148" w:type="dxa"/>
          </w:tcPr>
          <w:p w14:paraId="01A7AEA3" w14:textId="77777777" w:rsidR="00F91201" w:rsidRPr="00470A2A" w:rsidRDefault="00000000" w:rsidP="00AE5D47">
            <w:pPr>
              <w:spacing w:line="240" w:lineRule="auto"/>
              <w:rPr>
                <w:sz w:val="28"/>
                <w:szCs w:val="28"/>
              </w:rPr>
            </w:pPr>
            <w:r w:rsidRPr="00470A2A">
              <w:rPr>
                <w:b/>
                <w:sz w:val="28"/>
                <w:szCs w:val="28"/>
              </w:rPr>
              <w:t>Professional Experience</w:t>
            </w:r>
          </w:p>
          <w:p w14:paraId="18E3600F" w14:textId="35540F04" w:rsidR="00F91201" w:rsidRPr="00470A2A" w:rsidRDefault="00000000" w:rsidP="00A83767">
            <w:pPr>
              <w:spacing w:line="240" w:lineRule="auto"/>
            </w:pPr>
            <w:r w:rsidRPr="00470A2A">
              <w:rPr>
                <w:b/>
                <w:sz w:val="22"/>
              </w:rPr>
              <w:t>CarMax</w:t>
            </w:r>
            <w:r w:rsidR="0002044F" w:rsidRPr="00470A2A">
              <w:rPr>
                <w:b/>
                <w:sz w:val="20"/>
              </w:rPr>
              <w:tab/>
            </w:r>
            <w:r w:rsidR="00C90811" w:rsidRPr="00470A2A">
              <w:rPr>
                <w:b/>
                <w:sz w:val="20"/>
              </w:rPr>
              <w:tab/>
            </w:r>
            <w:r w:rsidR="00C90811" w:rsidRPr="00470A2A">
              <w:rPr>
                <w:b/>
                <w:sz w:val="20"/>
              </w:rPr>
              <w:tab/>
            </w:r>
            <w:r w:rsidR="00C90811" w:rsidRPr="00470A2A">
              <w:rPr>
                <w:b/>
                <w:sz w:val="20"/>
              </w:rPr>
              <w:tab/>
            </w:r>
            <w:r w:rsidRPr="00470A2A">
              <w:rPr>
                <w:bCs/>
                <w:sz w:val="18"/>
                <w:szCs w:val="18"/>
              </w:rPr>
              <w:t>Richmond, VA</w:t>
            </w:r>
            <w:r w:rsidR="0002044F" w:rsidRPr="00470A2A">
              <w:rPr>
                <w:bCs/>
                <w:sz w:val="18"/>
                <w:szCs w:val="18"/>
              </w:rPr>
              <w:tab/>
            </w:r>
            <w:r w:rsidRPr="00470A2A">
              <w:rPr>
                <w:bCs/>
                <w:sz w:val="18"/>
                <w:szCs w:val="18"/>
              </w:rPr>
              <w:t>Jun 2017 – Present</w:t>
            </w:r>
            <w:r w:rsidR="0002044F" w:rsidRPr="00470A2A">
              <w:rPr>
                <w:b/>
                <w:sz w:val="20"/>
              </w:rPr>
              <w:br/>
              <w:t>Principal Software Engineer</w:t>
            </w:r>
          </w:p>
          <w:p w14:paraId="65E8E5CE" w14:textId="571B76EE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Develop a mobile app to consolidate all in-store vehicle trade-in processes into a single application using C#, ASP.NET, Azure, and React Native</w:t>
            </w:r>
            <w:r w:rsidR="0099696F" w:rsidRPr="00470A2A">
              <w:t>.</w:t>
            </w:r>
          </w:p>
          <w:p w14:paraId="32C50AAF" w14:textId="53AE684B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Develop a mobile web application to facilitate in-store redemption of customer instant offers using C#, ASP.NET, CosmosDB, Azure, and React</w:t>
            </w:r>
            <w:r w:rsidR="0099696F" w:rsidRPr="00470A2A">
              <w:t>.</w:t>
            </w:r>
          </w:p>
          <w:p w14:paraId="4C379A83" w14:textId="2DB482F5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Develop a consumer-facing mobile-first web application to allow customers to get instant vehicle appraisal</w:t>
            </w:r>
            <w:r w:rsidR="004E03C5" w:rsidRPr="00470A2A">
              <w:t>s</w:t>
            </w:r>
            <w:r w:rsidRPr="00470A2A">
              <w:t xml:space="preserve"> from home using C#, ASP.NET, Azure Search, and React</w:t>
            </w:r>
            <w:r w:rsidR="0099696F" w:rsidRPr="00470A2A">
              <w:t>.</w:t>
            </w:r>
          </w:p>
          <w:p w14:paraId="0C2F839C" w14:textId="16C6AB96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Contribute to open-source React Native community packages</w:t>
            </w:r>
            <w:r w:rsidR="0099696F" w:rsidRPr="00470A2A">
              <w:t>.</w:t>
            </w:r>
          </w:p>
          <w:p w14:paraId="1F905DF6" w14:textId="77777777" w:rsidR="00236ACE" w:rsidRPr="00470A2A" w:rsidRDefault="00236ACE">
            <w:pPr>
              <w:pStyle w:val="ListBullet"/>
              <w:spacing w:after="20"/>
              <w:ind w:left="144"/>
            </w:pPr>
          </w:p>
          <w:p w14:paraId="15D8C05B" w14:textId="49D5A250" w:rsidR="00F91201" w:rsidRPr="00470A2A" w:rsidRDefault="00000000" w:rsidP="00A83767">
            <w:pPr>
              <w:spacing w:line="240" w:lineRule="auto"/>
              <w:rPr>
                <w:b/>
                <w:sz w:val="20"/>
              </w:rPr>
            </w:pPr>
            <w:r w:rsidRPr="00470A2A">
              <w:rPr>
                <w:b/>
                <w:sz w:val="22"/>
              </w:rPr>
              <w:t>Ironworks Consulting / ICF Olson</w:t>
            </w:r>
            <w:r w:rsidR="0002044F" w:rsidRPr="00470A2A">
              <w:rPr>
                <w:b/>
                <w:sz w:val="20"/>
              </w:rPr>
              <w:tab/>
            </w:r>
            <w:r w:rsidRPr="00470A2A">
              <w:rPr>
                <w:bCs/>
                <w:sz w:val="18"/>
                <w:szCs w:val="18"/>
              </w:rPr>
              <w:t>Glen Allen, VA</w:t>
            </w:r>
            <w:r w:rsidR="0002044F" w:rsidRPr="00470A2A">
              <w:rPr>
                <w:bCs/>
                <w:sz w:val="18"/>
                <w:szCs w:val="18"/>
              </w:rPr>
              <w:tab/>
            </w:r>
            <w:r w:rsidRPr="00470A2A">
              <w:rPr>
                <w:bCs/>
                <w:sz w:val="18"/>
                <w:szCs w:val="18"/>
              </w:rPr>
              <w:t>Feb 2010 – Ju</w:t>
            </w:r>
            <w:r w:rsidR="00517A07" w:rsidRPr="00470A2A">
              <w:rPr>
                <w:bCs/>
                <w:sz w:val="18"/>
                <w:szCs w:val="18"/>
              </w:rPr>
              <w:t>n</w:t>
            </w:r>
            <w:r w:rsidRPr="00470A2A">
              <w:rPr>
                <w:bCs/>
                <w:sz w:val="18"/>
                <w:szCs w:val="18"/>
              </w:rPr>
              <w:t xml:space="preserve"> 2017</w:t>
            </w:r>
            <w:r w:rsidR="0002044F" w:rsidRPr="00470A2A">
              <w:rPr>
                <w:b/>
                <w:sz w:val="20"/>
              </w:rPr>
              <w:br/>
              <w:t>Senior Technical Specialist</w:t>
            </w:r>
          </w:p>
          <w:p w14:paraId="727ADE83" w14:textId="6362A549" w:rsidR="00880CAF" w:rsidRPr="00470A2A" w:rsidRDefault="00880CAF" w:rsidP="00880CAF">
            <w:pPr>
              <w:spacing w:after="0" w:line="240" w:lineRule="auto"/>
              <w:rPr>
                <w:bCs/>
                <w:i/>
                <w:iCs/>
              </w:rPr>
            </w:pPr>
            <w:r w:rsidRPr="00470A2A">
              <w:rPr>
                <w:bCs/>
                <w:i/>
                <w:iCs/>
                <w:sz w:val="20"/>
              </w:rPr>
              <w:t>Client highlights:</w:t>
            </w:r>
          </w:p>
          <w:p w14:paraId="37581DE1" w14:textId="5EB15F53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Johnson Controls: Lead a team of 7 developers to create an application for tracking corrective actions for quality issues using SharePoint, C#, ASP.NET MVC, SQL Server, Azure, KnockoutJS</w:t>
            </w:r>
            <w:r w:rsidR="0099696F" w:rsidRPr="00470A2A">
              <w:t>.</w:t>
            </w:r>
          </w:p>
          <w:p w14:paraId="4A7F0AC4" w14:textId="55A2D814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Washington Gas: Develop a customer-facing website allowing energy customers to pay bills online using SharePoint, C#, SQL Server, JavaScript</w:t>
            </w:r>
            <w:r w:rsidR="0099696F" w:rsidRPr="00470A2A">
              <w:t>.</w:t>
            </w:r>
          </w:p>
          <w:p w14:paraId="06CCECBB" w14:textId="63486ACE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Scripps Networks Interactive: Maintain the enterprise search services on SNI brand sites such as FoodNetwork.com, HGTV.com, and DIYNetwork.com in a Linux environment with Java and PHP</w:t>
            </w:r>
            <w:r w:rsidR="0099696F" w:rsidRPr="00470A2A">
              <w:t>.</w:t>
            </w:r>
          </w:p>
          <w:p w14:paraId="1C227082" w14:textId="77777777" w:rsidR="00236ACE" w:rsidRPr="00470A2A" w:rsidRDefault="00236ACE">
            <w:pPr>
              <w:pStyle w:val="ListBullet"/>
              <w:spacing w:after="20"/>
              <w:ind w:left="144"/>
            </w:pPr>
          </w:p>
          <w:p w14:paraId="7EA26825" w14:textId="5146DD01" w:rsidR="00F91201" w:rsidRPr="00470A2A" w:rsidRDefault="00000000" w:rsidP="00A83767">
            <w:pPr>
              <w:spacing w:line="240" w:lineRule="auto"/>
            </w:pPr>
            <w:r w:rsidRPr="00470A2A">
              <w:rPr>
                <w:b/>
                <w:sz w:val="22"/>
              </w:rPr>
              <w:t>Advanced Distribution System</w:t>
            </w:r>
            <w:r w:rsidR="0034427F" w:rsidRPr="00470A2A">
              <w:rPr>
                <w:b/>
                <w:sz w:val="22"/>
              </w:rPr>
              <w:t>s</w:t>
            </w:r>
            <w:r w:rsidR="0002044F" w:rsidRPr="00470A2A">
              <w:rPr>
                <w:b/>
                <w:sz w:val="20"/>
              </w:rPr>
              <w:tab/>
            </w:r>
            <w:r w:rsidRPr="00470A2A">
              <w:rPr>
                <w:bCs/>
                <w:sz w:val="18"/>
                <w:szCs w:val="18"/>
              </w:rPr>
              <w:t>Northvale, NJ</w:t>
            </w:r>
            <w:r w:rsidR="0002044F" w:rsidRPr="00470A2A">
              <w:rPr>
                <w:bCs/>
                <w:sz w:val="18"/>
                <w:szCs w:val="18"/>
              </w:rPr>
              <w:tab/>
            </w:r>
            <w:r w:rsidRPr="00470A2A">
              <w:rPr>
                <w:bCs/>
                <w:sz w:val="18"/>
                <w:szCs w:val="18"/>
              </w:rPr>
              <w:t>Jan 2008 – Feb 2010</w:t>
            </w:r>
            <w:r w:rsidR="0002044F" w:rsidRPr="00470A2A">
              <w:rPr>
                <w:b/>
                <w:sz w:val="20"/>
              </w:rPr>
              <w:br/>
              <w:t>Software Engineer</w:t>
            </w:r>
          </w:p>
          <w:p w14:paraId="378245B5" w14:textId="6C363E1F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Develop web applications for a third-party distribution company using PHP, JavaScript, and PostgreSQL on Linux</w:t>
            </w:r>
            <w:r w:rsidR="0099696F" w:rsidRPr="00470A2A">
              <w:t>.</w:t>
            </w:r>
          </w:p>
          <w:p w14:paraId="1BB90ABF" w14:textId="77FA0A91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Create and release an open-source instant messaging application for Windows PCs and Windows Mobile PDAs in C#</w:t>
            </w:r>
            <w:r w:rsidR="0099696F" w:rsidRPr="00470A2A">
              <w:t>.</w:t>
            </w:r>
          </w:p>
          <w:p w14:paraId="51F04AD8" w14:textId="77777777" w:rsidR="00236ACE" w:rsidRPr="00470A2A" w:rsidRDefault="00236ACE">
            <w:pPr>
              <w:pStyle w:val="ListBullet"/>
              <w:spacing w:after="20"/>
              <w:ind w:left="144"/>
            </w:pPr>
          </w:p>
          <w:p w14:paraId="24DDFAA2" w14:textId="09392736" w:rsidR="00F91201" w:rsidRPr="00470A2A" w:rsidRDefault="00000000" w:rsidP="00A83767">
            <w:pPr>
              <w:spacing w:line="240" w:lineRule="auto"/>
              <w:rPr>
                <w:bCs/>
              </w:rPr>
            </w:pPr>
            <w:r w:rsidRPr="00470A2A">
              <w:rPr>
                <w:b/>
                <w:sz w:val="22"/>
              </w:rPr>
              <w:t>American Avionic Technologies</w:t>
            </w:r>
            <w:r w:rsidR="0002044F" w:rsidRPr="00470A2A">
              <w:rPr>
                <w:b/>
                <w:sz w:val="20"/>
              </w:rPr>
              <w:tab/>
            </w:r>
            <w:r w:rsidRPr="00470A2A">
              <w:rPr>
                <w:bCs/>
                <w:sz w:val="18"/>
                <w:szCs w:val="18"/>
              </w:rPr>
              <w:t>Medford, NY</w:t>
            </w:r>
            <w:r w:rsidR="0002044F" w:rsidRPr="00470A2A">
              <w:rPr>
                <w:bCs/>
                <w:sz w:val="18"/>
                <w:szCs w:val="18"/>
              </w:rPr>
              <w:tab/>
            </w:r>
            <w:r w:rsidRPr="00470A2A">
              <w:rPr>
                <w:bCs/>
                <w:sz w:val="18"/>
                <w:szCs w:val="18"/>
              </w:rPr>
              <w:t>1999 – 2010</w:t>
            </w:r>
            <w:r w:rsidR="0002044F" w:rsidRPr="00470A2A">
              <w:rPr>
                <w:bCs/>
                <w:sz w:val="20"/>
              </w:rPr>
              <w:br/>
            </w:r>
            <w:r w:rsidR="0002044F" w:rsidRPr="00470A2A">
              <w:rPr>
                <w:b/>
                <w:sz w:val="20"/>
              </w:rPr>
              <w:t>Database &amp; Application Developer</w:t>
            </w:r>
            <w:r w:rsidR="00EA42B0" w:rsidRPr="00470A2A">
              <w:t xml:space="preserve"> </w:t>
            </w:r>
            <w:r w:rsidR="00EA42B0" w:rsidRPr="00470A2A">
              <w:tab/>
            </w:r>
            <w:r w:rsidR="00EA42B0" w:rsidRPr="00470A2A">
              <w:tab/>
            </w:r>
            <w:r w:rsidR="00EA42B0" w:rsidRPr="00470A2A">
              <w:tab/>
            </w:r>
            <w:r w:rsidR="00EA42B0" w:rsidRPr="00470A2A">
              <w:rPr>
                <w:bCs/>
                <w:sz w:val="18"/>
                <w:szCs w:val="18"/>
              </w:rPr>
              <w:t>part-time consulting</w:t>
            </w:r>
          </w:p>
          <w:p w14:paraId="72E4E9FF" w14:textId="4E745EAD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Create product tracking, quality metrics, and material ordering systems using Linux, Apache, MySQL, and Perl</w:t>
            </w:r>
            <w:r w:rsidR="0099696F" w:rsidRPr="00470A2A">
              <w:t>.</w:t>
            </w:r>
          </w:p>
          <w:p w14:paraId="2AC5832A" w14:textId="77777777" w:rsidR="00236ACE" w:rsidRPr="00470A2A" w:rsidRDefault="00236ACE">
            <w:pPr>
              <w:pStyle w:val="ListBullet"/>
              <w:spacing w:after="20"/>
              <w:ind w:left="144"/>
            </w:pPr>
          </w:p>
          <w:p w14:paraId="4794A947" w14:textId="4E9FE7DB" w:rsidR="00F91201" w:rsidRPr="00470A2A" w:rsidRDefault="00000000">
            <w:r w:rsidRPr="00470A2A">
              <w:rPr>
                <w:b/>
                <w:sz w:val="22"/>
              </w:rPr>
              <w:t>Thomson West</w:t>
            </w:r>
            <w:r w:rsidR="0002044F" w:rsidRPr="00470A2A">
              <w:rPr>
                <w:b/>
                <w:sz w:val="24"/>
                <w:szCs w:val="24"/>
              </w:rPr>
              <w:tab/>
            </w:r>
            <w:r w:rsidR="00C90811" w:rsidRPr="00470A2A">
              <w:rPr>
                <w:b/>
                <w:sz w:val="20"/>
              </w:rPr>
              <w:tab/>
            </w:r>
            <w:r w:rsidR="00C90811" w:rsidRPr="00470A2A">
              <w:rPr>
                <w:b/>
                <w:sz w:val="20"/>
              </w:rPr>
              <w:tab/>
            </w:r>
            <w:r w:rsidRPr="00470A2A">
              <w:rPr>
                <w:bCs/>
                <w:sz w:val="18"/>
                <w:szCs w:val="18"/>
              </w:rPr>
              <w:t>Rochester, NY</w:t>
            </w:r>
            <w:r w:rsidR="0002044F" w:rsidRPr="00470A2A">
              <w:rPr>
                <w:bCs/>
                <w:sz w:val="18"/>
                <w:szCs w:val="18"/>
              </w:rPr>
              <w:tab/>
            </w:r>
            <w:r w:rsidRPr="00470A2A">
              <w:rPr>
                <w:bCs/>
                <w:sz w:val="18"/>
                <w:szCs w:val="18"/>
              </w:rPr>
              <w:t>Dec 2005 – May 2006</w:t>
            </w:r>
            <w:r w:rsidR="0002044F" w:rsidRPr="00470A2A">
              <w:rPr>
                <w:b/>
                <w:sz w:val="20"/>
              </w:rPr>
              <w:br/>
              <w:t>Developer</w:t>
            </w:r>
            <w:r w:rsidR="006B523A" w:rsidRPr="00470A2A">
              <w:rPr>
                <w:bCs/>
                <w:sz w:val="18"/>
                <w:szCs w:val="18"/>
              </w:rPr>
              <w:t xml:space="preserve"> </w:t>
            </w:r>
            <w:r w:rsidR="006B523A" w:rsidRPr="006B523A">
              <w:rPr>
                <w:bCs/>
                <w:sz w:val="18"/>
                <w:szCs w:val="18"/>
              </w:rPr>
              <w:tab/>
            </w:r>
            <w:r w:rsidR="006B523A" w:rsidRPr="006B523A">
              <w:rPr>
                <w:bCs/>
                <w:sz w:val="18"/>
                <w:szCs w:val="18"/>
              </w:rPr>
              <w:tab/>
            </w:r>
            <w:r w:rsidR="006B523A" w:rsidRPr="006B523A">
              <w:rPr>
                <w:bCs/>
                <w:sz w:val="18"/>
                <w:szCs w:val="18"/>
              </w:rPr>
              <w:tab/>
            </w:r>
            <w:r w:rsidR="006B523A" w:rsidRPr="006B523A">
              <w:rPr>
                <w:bCs/>
                <w:sz w:val="18"/>
                <w:szCs w:val="18"/>
              </w:rPr>
              <w:tab/>
            </w:r>
            <w:r w:rsidR="006B523A" w:rsidRPr="006B523A">
              <w:rPr>
                <w:bCs/>
                <w:sz w:val="18"/>
                <w:szCs w:val="18"/>
              </w:rPr>
              <w:tab/>
            </w:r>
            <w:r w:rsidR="006B523A" w:rsidRPr="006B523A">
              <w:rPr>
                <w:bCs/>
                <w:sz w:val="18"/>
                <w:szCs w:val="18"/>
              </w:rPr>
              <w:tab/>
            </w:r>
            <w:r w:rsidR="006B523A" w:rsidRPr="00470A2A">
              <w:rPr>
                <w:bCs/>
                <w:sz w:val="18"/>
                <w:szCs w:val="18"/>
              </w:rPr>
              <w:t>Co-op</w:t>
            </w:r>
          </w:p>
          <w:p w14:paraId="2D2EE52E" w14:textId="6160F261" w:rsidR="00F91201" w:rsidRPr="00470A2A" w:rsidRDefault="00000000">
            <w:pPr>
              <w:pStyle w:val="ListBullet"/>
              <w:spacing w:after="20"/>
              <w:ind w:left="144"/>
            </w:pPr>
            <w:r w:rsidRPr="00470A2A">
              <w:t>Contribute to the Westlaw legal research tool using Java, Oracle, XML, and XSLT</w:t>
            </w:r>
            <w:r w:rsidR="0099696F" w:rsidRPr="00470A2A">
              <w:t>.</w:t>
            </w:r>
          </w:p>
        </w:tc>
      </w:tr>
    </w:tbl>
    <w:p w14:paraId="532E285A" w14:textId="77777777" w:rsidR="003A2E41" w:rsidRPr="00470A2A" w:rsidRDefault="003A2E41" w:rsidP="00280034"/>
    <w:sectPr w:rsidR="003A2E41" w:rsidRPr="00470A2A" w:rsidSect="0003461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DA0D5A" w14:textId="77777777" w:rsidR="0026200D" w:rsidRDefault="0026200D" w:rsidP="00923CF6">
      <w:pPr>
        <w:spacing w:after="0" w:line="240" w:lineRule="auto"/>
      </w:pPr>
      <w:r>
        <w:separator/>
      </w:r>
    </w:p>
  </w:endnote>
  <w:endnote w:type="continuationSeparator" w:id="0">
    <w:p w14:paraId="633646A3" w14:textId="77777777" w:rsidR="0026200D" w:rsidRDefault="0026200D" w:rsidP="00923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FA042" w14:textId="77777777" w:rsidR="0026200D" w:rsidRDefault="0026200D" w:rsidP="00923CF6">
      <w:pPr>
        <w:spacing w:after="0" w:line="240" w:lineRule="auto"/>
      </w:pPr>
      <w:r>
        <w:separator/>
      </w:r>
    </w:p>
  </w:footnote>
  <w:footnote w:type="continuationSeparator" w:id="0">
    <w:p w14:paraId="025389A1" w14:textId="77777777" w:rsidR="0026200D" w:rsidRDefault="0026200D" w:rsidP="00923C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98996046">
    <w:abstractNumId w:val="8"/>
  </w:num>
  <w:num w:numId="2" w16cid:durableId="873888219">
    <w:abstractNumId w:val="6"/>
  </w:num>
  <w:num w:numId="3" w16cid:durableId="953295068">
    <w:abstractNumId w:val="5"/>
  </w:num>
  <w:num w:numId="4" w16cid:durableId="1209297666">
    <w:abstractNumId w:val="4"/>
  </w:num>
  <w:num w:numId="5" w16cid:durableId="366755519">
    <w:abstractNumId w:val="7"/>
  </w:num>
  <w:num w:numId="6" w16cid:durableId="2092197543">
    <w:abstractNumId w:val="3"/>
  </w:num>
  <w:num w:numId="7" w16cid:durableId="47997182">
    <w:abstractNumId w:val="2"/>
  </w:num>
  <w:num w:numId="8" w16cid:durableId="478349660">
    <w:abstractNumId w:val="1"/>
  </w:num>
  <w:num w:numId="9" w16cid:durableId="566380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5F8"/>
    <w:rsid w:val="0002044F"/>
    <w:rsid w:val="00034616"/>
    <w:rsid w:val="000570B9"/>
    <w:rsid w:val="0006063C"/>
    <w:rsid w:val="00061B6F"/>
    <w:rsid w:val="0009798E"/>
    <w:rsid w:val="000E554E"/>
    <w:rsid w:val="00127426"/>
    <w:rsid w:val="0015074B"/>
    <w:rsid w:val="001C00D3"/>
    <w:rsid w:val="001C2312"/>
    <w:rsid w:val="001F4838"/>
    <w:rsid w:val="00214B5D"/>
    <w:rsid w:val="00236ACE"/>
    <w:rsid w:val="0026200D"/>
    <w:rsid w:val="00280034"/>
    <w:rsid w:val="00294633"/>
    <w:rsid w:val="0029639D"/>
    <w:rsid w:val="002D5123"/>
    <w:rsid w:val="00303A60"/>
    <w:rsid w:val="00305C7B"/>
    <w:rsid w:val="00326F90"/>
    <w:rsid w:val="0034427F"/>
    <w:rsid w:val="003A2E41"/>
    <w:rsid w:val="003B7429"/>
    <w:rsid w:val="003D4A17"/>
    <w:rsid w:val="003E48EB"/>
    <w:rsid w:val="00405317"/>
    <w:rsid w:val="0042048F"/>
    <w:rsid w:val="00435B43"/>
    <w:rsid w:val="00470A2A"/>
    <w:rsid w:val="004E03C5"/>
    <w:rsid w:val="004F775B"/>
    <w:rsid w:val="00517A07"/>
    <w:rsid w:val="00590D14"/>
    <w:rsid w:val="005C2FAE"/>
    <w:rsid w:val="00634C76"/>
    <w:rsid w:val="0068173C"/>
    <w:rsid w:val="006B523A"/>
    <w:rsid w:val="006C668B"/>
    <w:rsid w:val="006C7E50"/>
    <w:rsid w:val="006F35EA"/>
    <w:rsid w:val="00790EC8"/>
    <w:rsid w:val="007B1D78"/>
    <w:rsid w:val="007B7B58"/>
    <w:rsid w:val="007E0DBB"/>
    <w:rsid w:val="00866891"/>
    <w:rsid w:val="00880CAF"/>
    <w:rsid w:val="00885734"/>
    <w:rsid w:val="0090300C"/>
    <w:rsid w:val="00905541"/>
    <w:rsid w:val="00912FC3"/>
    <w:rsid w:val="00923CF6"/>
    <w:rsid w:val="0099696F"/>
    <w:rsid w:val="009F33F4"/>
    <w:rsid w:val="00A30DE4"/>
    <w:rsid w:val="00A32C2E"/>
    <w:rsid w:val="00A83767"/>
    <w:rsid w:val="00AA1D8D"/>
    <w:rsid w:val="00AB11CB"/>
    <w:rsid w:val="00AD0811"/>
    <w:rsid w:val="00AE5D47"/>
    <w:rsid w:val="00B47730"/>
    <w:rsid w:val="00B542F5"/>
    <w:rsid w:val="00B74BCB"/>
    <w:rsid w:val="00B843F1"/>
    <w:rsid w:val="00C47BC9"/>
    <w:rsid w:val="00C65958"/>
    <w:rsid w:val="00C90811"/>
    <w:rsid w:val="00CB0664"/>
    <w:rsid w:val="00D12573"/>
    <w:rsid w:val="00DC7292"/>
    <w:rsid w:val="00DF4F90"/>
    <w:rsid w:val="00E62DA5"/>
    <w:rsid w:val="00EA42B0"/>
    <w:rsid w:val="00F83C22"/>
    <w:rsid w:val="00F9120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C29F85"/>
  <w14:defaultImageDpi w14:val="300"/>
  <w15:docId w15:val="{0773C86E-636A-47B5-97D5-C921F474D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Segoe UI" w:hAnsi="Segoe UI"/>
      <w:sz w:val="19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57667</TotalTime>
  <Pages>1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Jameson Lapp</cp:lastModifiedBy>
  <cp:revision>64</cp:revision>
  <cp:lastPrinted>2026-04-30T01:45:00Z</cp:lastPrinted>
  <dcterms:created xsi:type="dcterms:W3CDTF">2013-12-23T23:15:00Z</dcterms:created>
  <dcterms:modified xsi:type="dcterms:W3CDTF">2026-05-07T01:39:00Z</dcterms:modified>
  <cp:category/>
</cp:coreProperties>
</file>